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620EA" w14:textId="77777777" w:rsidR="00147003" w:rsidRPr="00147003" w:rsidRDefault="00147003" w:rsidP="00786EB5">
      <w:pPr>
        <w:spacing w:after="0"/>
        <w:jc w:val="center"/>
        <w:rPr>
          <w:rFonts w:ascii="Century Schoolbook" w:hAnsi="Century Schoolbook"/>
          <w:b/>
          <w:sz w:val="22"/>
        </w:rPr>
      </w:pPr>
      <w:r w:rsidRPr="00147003">
        <w:rPr>
          <w:rFonts w:ascii="Century Schoolbook" w:hAnsi="Century Schoolbook"/>
          <w:noProof/>
          <w:sz w:val="22"/>
        </w:rPr>
        <w:drawing>
          <wp:inline distT="0" distB="0" distL="0" distR="0" wp14:anchorId="73FA906B" wp14:editId="470FFD6B">
            <wp:extent cx="2549608" cy="642593"/>
            <wp:effectExtent l="0" t="0" r="3175" b="57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8" cy="65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BD11" w14:textId="087FF27B" w:rsidR="00512725" w:rsidRPr="00147003" w:rsidRDefault="00000000" w:rsidP="00786EB5">
      <w:pPr>
        <w:spacing w:after="0"/>
        <w:jc w:val="center"/>
        <w:rPr>
          <w:rFonts w:ascii="Century Schoolbook" w:hAnsi="Century Schoolbook"/>
          <w:b/>
          <w:sz w:val="22"/>
        </w:rPr>
      </w:pPr>
      <w:r w:rsidRPr="00147003">
        <w:rPr>
          <w:rFonts w:ascii="Century Schoolbook" w:hAnsi="Century Schoolbook"/>
          <w:b/>
          <w:sz w:val="22"/>
        </w:rPr>
        <w:t>BORANG PERMOHONAN MENGHADIRI EKSPO / EXPOSITION</w:t>
      </w:r>
    </w:p>
    <w:p w14:paraId="5EEA9DC8" w14:textId="77777777" w:rsidR="00147003" w:rsidRPr="00147003" w:rsidRDefault="00147003" w:rsidP="00786EB5">
      <w:pPr>
        <w:spacing w:after="0"/>
        <w:jc w:val="center"/>
        <w:rPr>
          <w:rFonts w:ascii="Century Schoolbook" w:hAnsi="Century Schoolbook"/>
          <w:sz w:val="16"/>
          <w:szCs w:val="16"/>
        </w:rPr>
      </w:pPr>
    </w:p>
    <w:p w14:paraId="1D812D70" w14:textId="77777777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A. MAKLUMAT PEMOHON (PENYELIDIK UTAMA / PENYELIDIK BERSAMA)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1"/>
        <w:gridCol w:w="6081"/>
      </w:tblGrid>
      <w:tr w:rsidR="00512725" w:rsidRPr="00147003" w14:paraId="770742E4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8E9B1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Nama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EA1A7E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504D0B16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E0D0D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Fakulti / Institut / Pusat / Bahagian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79F0B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4C7FA2EC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F3DA2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Program / Projek / Geran Berkaitan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C463E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568BFC3A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A0EE0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Jawatan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398ABB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</w:tbl>
    <w:p w14:paraId="36FDA605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5358242C" w14:textId="69B3EFA6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B. MAKLUMAT PEMBENTANG (SEKIRANYA PELAJAR SISWAZAH)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1"/>
        <w:gridCol w:w="6081"/>
      </w:tblGrid>
      <w:tr w:rsidR="00512725" w:rsidRPr="00147003" w14:paraId="5E9A2A30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0836C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Nama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EC577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150910BF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169F9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Fakulti / Institut</w:t>
            </w:r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5B5CEE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7AA0BCE6" w14:textId="77777777" w:rsidTr="00786EB5">
        <w:trPr>
          <w:jc w:val="center"/>
        </w:trPr>
        <w:tc>
          <w:tcPr>
            <w:tcW w:w="36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433A6" w14:textId="153B4CFF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Nama </w:t>
            </w:r>
            <w:r w:rsidR="00786EB5">
              <w:rPr>
                <w:rFonts w:ascii="Century Schoolbook" w:hAnsi="Century Schoolbook"/>
                <w:sz w:val="20"/>
                <w:szCs w:val="20"/>
              </w:rPr>
              <w:t xml:space="preserve">&amp;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Kod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Projek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yang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Membiaya</w:t>
            </w:r>
            <w:proofErr w:type="spellEnd"/>
          </w:p>
        </w:tc>
        <w:tc>
          <w:tcPr>
            <w:tcW w:w="6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CE2CFD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</w:tbl>
    <w:p w14:paraId="3F0903A0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037BBF57" w14:textId="3BD6EB2D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C. MAKLUMAT EKSPO / EXPOSITION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7611"/>
      </w:tblGrid>
      <w:tr w:rsidR="00512725" w:rsidRPr="00147003" w14:paraId="46D7226D" w14:textId="77777777" w:rsidTr="00786EB5">
        <w:trPr>
          <w:jc w:val="center"/>
        </w:trPr>
        <w:tc>
          <w:tcPr>
            <w:tcW w:w="21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822C7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Tajuk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/ Nama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Ekspo</w:t>
            </w:r>
            <w:proofErr w:type="spellEnd"/>
          </w:p>
        </w:tc>
        <w:tc>
          <w:tcPr>
            <w:tcW w:w="7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0B12A5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7FF87D13" w14:textId="77777777" w:rsidTr="00786EB5">
        <w:trPr>
          <w:jc w:val="center"/>
        </w:trPr>
        <w:tc>
          <w:tcPr>
            <w:tcW w:w="21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08B4F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Tarikh</w:t>
            </w:r>
          </w:p>
        </w:tc>
        <w:tc>
          <w:tcPr>
            <w:tcW w:w="7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FD3C21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06F8DA4D" w14:textId="77777777" w:rsidTr="00786EB5">
        <w:trPr>
          <w:jc w:val="center"/>
        </w:trPr>
        <w:tc>
          <w:tcPr>
            <w:tcW w:w="21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E33FDB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Tempat</w:t>
            </w:r>
          </w:p>
        </w:tc>
        <w:tc>
          <w:tcPr>
            <w:tcW w:w="7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59B6F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4BDDB645" w14:textId="77777777" w:rsidTr="00786EB5">
        <w:trPr>
          <w:jc w:val="center"/>
        </w:trPr>
        <w:tc>
          <w:tcPr>
            <w:tcW w:w="21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B81E2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Anjuran</w:t>
            </w:r>
          </w:p>
        </w:tc>
        <w:tc>
          <w:tcPr>
            <w:tcW w:w="7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280A2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</w:p>
        </w:tc>
      </w:tr>
      <w:tr w:rsidR="00512725" w:rsidRPr="00147003" w14:paraId="6AC8E174" w14:textId="77777777" w:rsidTr="00786EB5">
        <w:trPr>
          <w:jc w:val="center"/>
        </w:trPr>
        <w:tc>
          <w:tcPr>
            <w:tcW w:w="21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A652BB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Status / Peranan</w:t>
            </w:r>
          </w:p>
        </w:tc>
        <w:tc>
          <w:tcPr>
            <w:tcW w:w="76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0855B" w14:textId="3C11B9B0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Pempamer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Pembentang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Pemerhati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Peserta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Lain-lain:</w:t>
            </w:r>
            <w:r w:rsidR="00786EB5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>_______</w:t>
            </w:r>
          </w:p>
        </w:tc>
      </w:tr>
    </w:tbl>
    <w:p w14:paraId="50D5BB69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377E0079" w14:textId="57DCE8A4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D. RINGKASAN PENYERTAAN / MANFAAT KEPADA PEMOHON / UNIMAS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132"/>
      </w:tblGrid>
      <w:tr w:rsidR="00512725" w:rsidRPr="00147003" w14:paraId="265795E3" w14:textId="77777777" w:rsidTr="00786EB5">
        <w:trPr>
          <w:trHeight w:val="492"/>
        </w:trPr>
        <w:tc>
          <w:tcPr>
            <w:tcW w:w="11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4F9FF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br/>
            </w:r>
          </w:p>
        </w:tc>
      </w:tr>
    </w:tbl>
    <w:p w14:paraId="7C661423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091DEED3" w14:textId="32839133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E. IMPLIKASI KEWANGAN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0"/>
        <w:gridCol w:w="2210"/>
        <w:gridCol w:w="2210"/>
        <w:gridCol w:w="2210"/>
        <w:gridCol w:w="2210"/>
      </w:tblGrid>
      <w:tr w:rsidR="00512725" w:rsidRPr="00147003" w14:paraId="74E134E1" w14:textId="77777777">
        <w:trPr>
          <w:jc w:val="center"/>
        </w:trPr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14:paraId="5C5FC175" w14:textId="77777777" w:rsidR="00512725" w:rsidRPr="00147003" w:rsidRDefault="00000000" w:rsidP="00786EB5">
            <w:pPr>
              <w:spacing w:after="0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b/>
                <w:sz w:val="20"/>
                <w:szCs w:val="20"/>
              </w:rPr>
              <w:t>Yuran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14:paraId="608D972B" w14:textId="77777777" w:rsidR="00512725" w:rsidRPr="00147003" w:rsidRDefault="00000000" w:rsidP="00786EB5">
            <w:pPr>
              <w:spacing w:after="0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b/>
                <w:sz w:val="20"/>
                <w:szCs w:val="20"/>
              </w:rPr>
              <w:t>Perjalanan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14:paraId="32ED3B84" w14:textId="77777777" w:rsidR="00512725" w:rsidRPr="00147003" w:rsidRDefault="00000000" w:rsidP="00786EB5">
            <w:pPr>
              <w:spacing w:after="0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b/>
                <w:sz w:val="20"/>
                <w:szCs w:val="20"/>
              </w:rPr>
              <w:t>Penginapan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14:paraId="52110A33" w14:textId="77777777" w:rsidR="00512725" w:rsidRPr="00147003" w:rsidRDefault="00000000" w:rsidP="00786EB5">
            <w:pPr>
              <w:spacing w:after="0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b/>
                <w:sz w:val="20"/>
                <w:szCs w:val="20"/>
              </w:rPr>
              <w:t>Makan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</w:tcPr>
          <w:p w14:paraId="72C118CC" w14:textId="77777777" w:rsidR="00512725" w:rsidRPr="00147003" w:rsidRDefault="00000000" w:rsidP="00786EB5">
            <w:pPr>
              <w:spacing w:after="0"/>
              <w:jc w:val="center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b/>
                <w:sz w:val="20"/>
                <w:szCs w:val="20"/>
              </w:rPr>
              <w:t>Lain-lain</w:t>
            </w:r>
          </w:p>
        </w:tc>
      </w:tr>
      <w:tr w:rsidR="00512725" w:rsidRPr="00147003" w14:paraId="4EE9085C" w14:textId="77777777">
        <w:trPr>
          <w:jc w:val="center"/>
        </w:trPr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695CB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RM 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D88E7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RM 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99DF02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RM 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D2871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RM </w:t>
            </w:r>
          </w:p>
        </w:tc>
        <w:tc>
          <w:tcPr>
            <w:tcW w:w="22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55349" w14:textId="7777777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RM </w:t>
            </w:r>
          </w:p>
        </w:tc>
      </w:tr>
    </w:tbl>
    <w:p w14:paraId="28444996" w14:textId="77777777" w:rsidR="00147003" w:rsidRPr="00147003" w:rsidRDefault="00000000" w:rsidP="00786EB5">
      <w:pPr>
        <w:spacing w:before="20" w:after="0"/>
        <w:rPr>
          <w:rFonts w:ascii="Century Schoolbook" w:hAnsi="Century Schoolbook"/>
          <w:b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 xml:space="preserve">JUMLAH: RM ____________________   </w:t>
      </w:r>
    </w:p>
    <w:p w14:paraId="5CF2A08A" w14:textId="2F9CAA76" w:rsidR="00512725" w:rsidRPr="00147003" w:rsidRDefault="00000000" w:rsidP="00786EB5">
      <w:pPr>
        <w:spacing w:before="20" w:after="0"/>
        <w:rPr>
          <w:rFonts w:ascii="Century Schoolbook" w:hAnsi="Century Schoolbook"/>
          <w:sz w:val="20"/>
          <w:szCs w:val="20"/>
        </w:rPr>
      </w:pPr>
      <w:proofErr w:type="spellStart"/>
      <w:r w:rsidRPr="00147003">
        <w:rPr>
          <w:rFonts w:ascii="Century Schoolbook" w:hAnsi="Century Schoolbook"/>
          <w:sz w:val="20"/>
          <w:szCs w:val="20"/>
        </w:rPr>
        <w:t>Sumber</w:t>
      </w:r>
      <w:proofErr w:type="spellEnd"/>
      <w:r w:rsidRPr="00147003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r w:rsidRPr="00147003">
        <w:rPr>
          <w:rFonts w:ascii="Century Schoolbook" w:hAnsi="Century Schoolbook"/>
          <w:sz w:val="20"/>
          <w:szCs w:val="20"/>
        </w:rPr>
        <w:t>Pembiayaan</w:t>
      </w:r>
      <w:proofErr w:type="spellEnd"/>
      <w:r w:rsidRPr="00147003">
        <w:rPr>
          <w:rFonts w:ascii="Century Schoolbook" w:hAnsi="Century Schoolbook"/>
          <w:sz w:val="20"/>
          <w:szCs w:val="20"/>
        </w:rPr>
        <w:t xml:space="preserve">: </w:t>
      </w:r>
      <w:r w:rsidRPr="00147003">
        <w:rPr>
          <w:rFonts w:ascii="Segoe UI Symbol" w:hAnsi="Segoe UI Symbol" w:cs="Segoe UI Symbol"/>
          <w:sz w:val="20"/>
          <w:szCs w:val="20"/>
        </w:rPr>
        <w:t>☐</w:t>
      </w:r>
      <w:r w:rsidRPr="00147003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r w:rsidRPr="00147003">
        <w:rPr>
          <w:rFonts w:ascii="Century Schoolbook" w:hAnsi="Century Schoolbook"/>
          <w:sz w:val="20"/>
          <w:szCs w:val="20"/>
        </w:rPr>
        <w:t>Geran</w:t>
      </w:r>
      <w:proofErr w:type="spellEnd"/>
      <w:r w:rsidRPr="00147003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proofErr w:type="gramStart"/>
      <w:r w:rsidRPr="00147003">
        <w:rPr>
          <w:rFonts w:ascii="Century Schoolbook" w:hAnsi="Century Schoolbook"/>
          <w:sz w:val="20"/>
          <w:szCs w:val="20"/>
        </w:rPr>
        <w:t>Berkaitan</w:t>
      </w:r>
      <w:proofErr w:type="spellEnd"/>
      <w:r w:rsidRPr="00147003">
        <w:rPr>
          <w:rFonts w:ascii="Century Schoolbook" w:hAnsi="Century Schoolbook"/>
          <w:sz w:val="20"/>
          <w:szCs w:val="20"/>
        </w:rPr>
        <w:t xml:space="preserve">  </w:t>
      </w:r>
      <w:r w:rsidRPr="00147003">
        <w:rPr>
          <w:rFonts w:ascii="Segoe UI Symbol" w:hAnsi="Segoe UI Symbol" w:cs="Segoe UI Symbol"/>
          <w:sz w:val="20"/>
          <w:szCs w:val="20"/>
        </w:rPr>
        <w:t>☐</w:t>
      </w:r>
      <w:proofErr w:type="gramEnd"/>
      <w:r w:rsidRPr="00147003">
        <w:rPr>
          <w:rFonts w:ascii="Century Schoolbook" w:hAnsi="Century Schoolbook"/>
          <w:sz w:val="20"/>
          <w:szCs w:val="20"/>
        </w:rPr>
        <w:t xml:space="preserve"> Pembiayaan Sendiri  </w:t>
      </w:r>
      <w:r w:rsidRPr="00147003">
        <w:rPr>
          <w:rFonts w:ascii="Segoe UI Symbol" w:hAnsi="Segoe UI Symbol" w:cs="Segoe UI Symbol"/>
          <w:sz w:val="20"/>
          <w:szCs w:val="20"/>
        </w:rPr>
        <w:t>☐</w:t>
      </w:r>
      <w:r w:rsidRPr="00147003">
        <w:rPr>
          <w:rFonts w:ascii="Century Schoolbook" w:hAnsi="Century Schoolbook"/>
          <w:sz w:val="20"/>
          <w:szCs w:val="20"/>
        </w:rPr>
        <w:t xml:space="preserve"> Tajaan Luar</w:t>
      </w:r>
    </w:p>
    <w:p w14:paraId="17EEC593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6305B648" w14:textId="731F6EE9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F. PENGESAHAN PEMOHON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5"/>
        <w:gridCol w:w="5525"/>
      </w:tblGrid>
      <w:tr w:rsidR="00512725" w:rsidRPr="00147003" w14:paraId="44AEE231" w14:textId="77777777">
        <w:tc>
          <w:tcPr>
            <w:tcW w:w="5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99853" w14:textId="77777777" w:rsidR="00147003" w:rsidRPr="00147003" w:rsidRDefault="00147003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6D2ED46D" w14:textId="60F00A57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>Tarikh: ____________________</w:t>
            </w:r>
          </w:p>
        </w:tc>
        <w:tc>
          <w:tcPr>
            <w:tcW w:w="5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F1B9FA" w14:textId="77777777" w:rsidR="00147003" w:rsidRPr="00147003" w:rsidRDefault="00147003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3898457F" w14:textId="17E59780" w:rsidR="00512725" w:rsidRPr="00147003" w:rsidRDefault="00000000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Tandatangan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Pemohon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>: ____________________</w:t>
            </w:r>
          </w:p>
        </w:tc>
      </w:tr>
    </w:tbl>
    <w:p w14:paraId="2B6D5F38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04284F77" w14:textId="201D9F1A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G. ULASAN DEKAN/PENGARAH FAKULTI/INSTITUT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0"/>
      </w:tblGrid>
      <w:tr w:rsidR="00147003" w:rsidRPr="00147003" w14:paraId="74B31D0F" w14:textId="77777777" w:rsidTr="00147003">
        <w:trPr>
          <w:trHeight w:val="809"/>
        </w:trPr>
        <w:tc>
          <w:tcPr>
            <w:tcW w:w="11050" w:type="dxa"/>
          </w:tcPr>
          <w:p w14:paraId="2A4A9228" w14:textId="77777777" w:rsidR="00786EB5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1A3AAE14" w14:textId="77777777" w:rsidR="00786EB5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197D3DA8" w14:textId="3FF8A7F3" w:rsidR="00147003" w:rsidRPr="00147003" w:rsidRDefault="00147003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Sokongan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: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Disokong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Ditolak</w:t>
            </w:r>
            <w:proofErr w:type="spellEnd"/>
            <w:r w:rsidR="00786EB5">
              <w:rPr>
                <w:rFonts w:ascii="Century Schoolbook" w:hAnsi="Century Schoolbook"/>
                <w:sz w:val="20"/>
                <w:szCs w:val="20"/>
              </w:rPr>
              <w:t xml:space="preserve">                    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Tarikh: ____________________    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Tandatangan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>: ____________________</w:t>
            </w:r>
          </w:p>
        </w:tc>
      </w:tr>
    </w:tbl>
    <w:p w14:paraId="062B122B" w14:textId="77777777" w:rsidR="00147003" w:rsidRPr="00786EB5" w:rsidRDefault="00147003" w:rsidP="00786EB5">
      <w:pPr>
        <w:spacing w:before="30" w:after="0"/>
        <w:rPr>
          <w:rFonts w:ascii="Century Schoolbook" w:hAnsi="Century Schoolbook"/>
          <w:b/>
          <w:sz w:val="10"/>
          <w:szCs w:val="10"/>
        </w:rPr>
      </w:pPr>
    </w:p>
    <w:p w14:paraId="48109FEF" w14:textId="1126522C" w:rsidR="00512725" w:rsidRPr="00147003" w:rsidRDefault="00000000" w:rsidP="00786EB5">
      <w:pPr>
        <w:spacing w:before="30" w:after="0"/>
        <w:rPr>
          <w:rFonts w:ascii="Century Schoolbook" w:hAnsi="Century Schoolbook"/>
          <w:sz w:val="20"/>
          <w:szCs w:val="20"/>
        </w:rPr>
      </w:pPr>
      <w:r w:rsidRPr="00147003">
        <w:rPr>
          <w:rFonts w:ascii="Century Schoolbook" w:hAnsi="Century Schoolbook"/>
          <w:b/>
          <w:sz w:val="20"/>
          <w:szCs w:val="20"/>
        </w:rPr>
        <w:t>H. UNTUK KEGUNAAN RDICE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0"/>
      </w:tblGrid>
      <w:tr w:rsidR="00786EB5" w:rsidRPr="00147003" w14:paraId="2E01C124" w14:textId="77777777" w:rsidTr="00786EB5">
        <w:trPr>
          <w:trHeight w:val="1797"/>
        </w:trPr>
        <w:tc>
          <w:tcPr>
            <w:tcW w:w="11050" w:type="dxa"/>
          </w:tcPr>
          <w:p w14:paraId="5689C309" w14:textId="77777777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Diluluskan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: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Ya   </w:t>
            </w: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Tidak</w:t>
            </w:r>
            <w:proofErr w:type="spellEnd"/>
          </w:p>
          <w:p w14:paraId="7E0C0BD4" w14:textId="77777777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Dirujuk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kembali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kepada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F/P/I /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Pemohon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    </w:t>
            </w:r>
          </w:p>
          <w:p w14:paraId="2F2EC2DF" w14:textId="77777777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Surat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kelulusan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rasmi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dikeluarkan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pada: ____________________</w:t>
            </w:r>
          </w:p>
          <w:p w14:paraId="2FF6AC6B" w14:textId="77777777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Tindakan lain (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jika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ada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>): ____________________</w:t>
            </w:r>
          </w:p>
          <w:p w14:paraId="254162AF" w14:textId="77777777" w:rsidR="00786EB5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7E87A232" w14:textId="77777777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</w:p>
          <w:p w14:paraId="40D45D08" w14:textId="587396EF" w:rsidR="00786EB5" w:rsidRPr="00147003" w:rsidRDefault="00786EB5" w:rsidP="00786EB5">
            <w:pPr>
              <w:spacing w:after="0"/>
              <w:rPr>
                <w:rFonts w:ascii="Century Schoolbook" w:hAnsi="Century Schoolbook"/>
                <w:sz w:val="20"/>
                <w:szCs w:val="20"/>
              </w:rPr>
            </w:pPr>
            <w:r w:rsidRPr="00147003">
              <w:rPr>
                <w:rFonts w:ascii="Century Schoolbook" w:hAnsi="Century Schoolbook"/>
                <w:sz w:val="20"/>
                <w:szCs w:val="20"/>
              </w:rPr>
              <w:t xml:space="preserve">Tarikh: ____________     </w:t>
            </w:r>
            <w:proofErr w:type="spellStart"/>
            <w:r w:rsidRPr="00147003">
              <w:rPr>
                <w:rFonts w:ascii="Century Schoolbook" w:hAnsi="Century Schoolbook"/>
                <w:sz w:val="20"/>
                <w:szCs w:val="20"/>
              </w:rPr>
              <w:t>Tandatangan</w:t>
            </w:r>
            <w:proofErr w:type="spellEnd"/>
            <w:r w:rsidRPr="00147003">
              <w:rPr>
                <w:rFonts w:ascii="Century Schoolbook" w:hAnsi="Century Schoolbook"/>
                <w:sz w:val="20"/>
                <w:szCs w:val="20"/>
              </w:rPr>
              <w:t>: ____________________</w:t>
            </w:r>
          </w:p>
        </w:tc>
      </w:tr>
    </w:tbl>
    <w:p w14:paraId="5C89A08F" w14:textId="03B89E59" w:rsidR="00147003" w:rsidRPr="00786EB5" w:rsidRDefault="00000000" w:rsidP="00786EB5">
      <w:pPr>
        <w:spacing w:after="0"/>
        <w:rPr>
          <w:rFonts w:ascii="Century Schoolbook" w:hAnsi="Century Schoolbook"/>
          <w:sz w:val="20"/>
          <w:szCs w:val="20"/>
        </w:rPr>
      </w:pPr>
      <w:r w:rsidRPr="00786EB5">
        <w:rPr>
          <w:rFonts w:ascii="Century Schoolbook" w:hAnsi="Century Schoolbook"/>
          <w:sz w:val="20"/>
          <w:szCs w:val="20"/>
        </w:rPr>
        <w:t>Lampiran (</w:t>
      </w:r>
      <w:proofErr w:type="spellStart"/>
      <w:r w:rsidRPr="00786EB5">
        <w:rPr>
          <w:rFonts w:ascii="Century Schoolbook" w:hAnsi="Century Schoolbook"/>
          <w:sz w:val="20"/>
          <w:szCs w:val="20"/>
        </w:rPr>
        <w:t>jika</w:t>
      </w:r>
      <w:proofErr w:type="spellEnd"/>
      <w:r w:rsidRPr="00786EB5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r w:rsidRPr="00786EB5">
        <w:rPr>
          <w:rFonts w:ascii="Century Schoolbook" w:hAnsi="Century Schoolbook"/>
          <w:sz w:val="20"/>
          <w:szCs w:val="20"/>
        </w:rPr>
        <w:t>berkaitan</w:t>
      </w:r>
      <w:proofErr w:type="spellEnd"/>
      <w:r w:rsidRPr="00786EB5">
        <w:rPr>
          <w:rFonts w:ascii="Century Schoolbook" w:hAnsi="Century Schoolbook"/>
          <w:sz w:val="20"/>
          <w:szCs w:val="20"/>
        </w:rPr>
        <w:t xml:space="preserve">): </w:t>
      </w:r>
    </w:p>
    <w:p w14:paraId="4EFF3B8F" w14:textId="3EE46F2B" w:rsidR="00512725" w:rsidRPr="00786EB5" w:rsidRDefault="00000000" w:rsidP="00786EB5">
      <w:pPr>
        <w:spacing w:after="0"/>
        <w:rPr>
          <w:rFonts w:ascii="Century Schoolbook" w:hAnsi="Century Schoolbook"/>
          <w:sz w:val="20"/>
          <w:szCs w:val="20"/>
        </w:rPr>
      </w:pPr>
      <w:r w:rsidRPr="00786EB5">
        <w:rPr>
          <w:rFonts w:ascii="Segoe UI Symbol" w:hAnsi="Segoe UI Symbol" w:cs="Segoe UI Symbol"/>
          <w:sz w:val="20"/>
          <w:szCs w:val="20"/>
        </w:rPr>
        <w:t>☐</w:t>
      </w:r>
      <w:r w:rsidRPr="00786EB5">
        <w:rPr>
          <w:rFonts w:ascii="Century Schoolbook" w:hAnsi="Century Schoolbook"/>
          <w:sz w:val="20"/>
          <w:szCs w:val="20"/>
        </w:rPr>
        <w:t xml:space="preserve"> Surat </w:t>
      </w:r>
      <w:proofErr w:type="spellStart"/>
      <w:r w:rsidRPr="00786EB5">
        <w:rPr>
          <w:rFonts w:ascii="Century Schoolbook" w:hAnsi="Century Schoolbook"/>
          <w:sz w:val="20"/>
          <w:szCs w:val="20"/>
        </w:rPr>
        <w:t>jemputan</w:t>
      </w:r>
      <w:proofErr w:type="spellEnd"/>
      <w:r w:rsidRPr="00786EB5">
        <w:rPr>
          <w:rFonts w:ascii="Century Schoolbook" w:hAnsi="Century Schoolbook"/>
          <w:sz w:val="20"/>
          <w:szCs w:val="20"/>
        </w:rPr>
        <w:t xml:space="preserve"> / pengesahan </w:t>
      </w:r>
      <w:proofErr w:type="gramStart"/>
      <w:r w:rsidRPr="00786EB5">
        <w:rPr>
          <w:rFonts w:ascii="Century Schoolbook" w:hAnsi="Century Schoolbook"/>
          <w:sz w:val="20"/>
          <w:szCs w:val="20"/>
        </w:rPr>
        <w:t xml:space="preserve">penganjur  </w:t>
      </w:r>
      <w:r w:rsidRPr="00786EB5">
        <w:rPr>
          <w:rFonts w:ascii="Segoe UI Symbol" w:hAnsi="Segoe UI Symbol" w:cs="Segoe UI Symbol"/>
          <w:sz w:val="20"/>
          <w:szCs w:val="20"/>
        </w:rPr>
        <w:t>☐</w:t>
      </w:r>
      <w:proofErr w:type="gramEnd"/>
      <w:r w:rsidRPr="00786EB5">
        <w:rPr>
          <w:rFonts w:ascii="Century Schoolbook" w:hAnsi="Century Schoolbook"/>
          <w:sz w:val="20"/>
          <w:szCs w:val="20"/>
        </w:rPr>
        <w:t xml:space="preserve"> Risalah / atur cara ekspo  </w:t>
      </w:r>
      <w:r w:rsidRPr="00786EB5">
        <w:rPr>
          <w:rFonts w:ascii="Segoe UI Symbol" w:hAnsi="Segoe UI Symbol" w:cs="Segoe UI Symbol"/>
          <w:sz w:val="20"/>
          <w:szCs w:val="20"/>
        </w:rPr>
        <w:t>☐</w:t>
      </w:r>
      <w:r w:rsidRPr="00786EB5">
        <w:rPr>
          <w:rFonts w:ascii="Century Schoolbook" w:hAnsi="Century Schoolbook"/>
          <w:sz w:val="20"/>
          <w:szCs w:val="20"/>
        </w:rPr>
        <w:t xml:space="preserve"> Dokumen sokongan lain</w:t>
      </w:r>
    </w:p>
    <w:sectPr w:rsidR="00512725" w:rsidRPr="00786EB5" w:rsidSect="00034616">
      <w:pgSz w:w="12240" w:h="15840"/>
      <w:pgMar w:top="425" w:right="595" w:bottom="425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4912586">
    <w:abstractNumId w:val="8"/>
  </w:num>
  <w:num w:numId="2" w16cid:durableId="1362055312">
    <w:abstractNumId w:val="6"/>
  </w:num>
  <w:num w:numId="3" w16cid:durableId="2021154974">
    <w:abstractNumId w:val="5"/>
  </w:num>
  <w:num w:numId="4" w16cid:durableId="63375946">
    <w:abstractNumId w:val="4"/>
  </w:num>
  <w:num w:numId="5" w16cid:durableId="1756130720">
    <w:abstractNumId w:val="7"/>
  </w:num>
  <w:num w:numId="6" w16cid:durableId="373585468">
    <w:abstractNumId w:val="3"/>
  </w:num>
  <w:num w:numId="7" w16cid:durableId="1416514053">
    <w:abstractNumId w:val="2"/>
  </w:num>
  <w:num w:numId="8" w16cid:durableId="1986349239">
    <w:abstractNumId w:val="1"/>
  </w:num>
  <w:num w:numId="9" w16cid:durableId="39400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003"/>
    <w:rsid w:val="0015074B"/>
    <w:rsid w:val="0029639D"/>
    <w:rsid w:val="00326F90"/>
    <w:rsid w:val="003F5F33"/>
    <w:rsid w:val="00512725"/>
    <w:rsid w:val="00786EB5"/>
    <w:rsid w:val="00AA1D8D"/>
    <w:rsid w:val="00B47730"/>
    <w:rsid w:val="00CB0664"/>
    <w:rsid w:val="00F37E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77F25"/>
  <w14:defaultImageDpi w14:val="300"/>
  <w15:docId w15:val="{A0081C48-E005-4041-950B-292B2228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Nafisah Binti Azman</cp:lastModifiedBy>
  <cp:revision>3</cp:revision>
  <dcterms:created xsi:type="dcterms:W3CDTF">2013-12-23T23:15:00Z</dcterms:created>
  <dcterms:modified xsi:type="dcterms:W3CDTF">2026-08-18T03:12:00Z</dcterms:modified>
  <cp:category/>
</cp:coreProperties>
</file>